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 ומשמעות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מקום הפסיק משנה את משמעות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תפקידם של סימני פיסוק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בפסיק, נקודה, סימן שאלה וסימן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איפה הפסיק משנה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אחרי המילה 'לעצור'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אחרי המילה 'אסור'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לסמן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במשפט 'לעצור אסור להמשיך'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נקודתיים משמשים לרשימה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תפקידו העיקרי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סימן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סימן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(מפריד בין חלקים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(מסמנת סוף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(מסמן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(מסמן רגש חזק)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תרגול עצמאי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תקינים עם הסימן המתאים בכל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שהמשמעות עלולה להשתנות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שאלה לרגש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הגיונית מהחיים או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המשפט 'לעצור אסור להמשיך' על הלוח עם שני פסיקים שונים כדי להראות חזותית את ההבדל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דוגמאות נוספות למשפטים דו-משמעיים מהסביבה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הכתיבה בזוגות כדי לעודד דיון על המשמעות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 ומשמעות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סימני פיסוק עוזרים לנו להבין משפטים בצורה נכונה. לפעמים מקום הפסיק יכול לשנות לגמרי את המשמעות של המשפט, כמו במשפט המפורסם 'לעצור אסור להמשיך'.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לעצור  ·  סימן שאלה  ·  סימן קריאה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איפה הפסיק משנה הכל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במשפט 'לעצור אסור להמשיך' - איפה נשים פסיק כדי לומר שצריך להמשיך בדרך?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צורך בפסיק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אחרי המילה 'להמשיך'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אחרי המילה 'לעצור'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באותו משפט - איפה נשים פסיק כדי לומר שצריך לעצור?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אחרי המילה 'לעצור'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אחרי המילה 'אסור'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צורך בפסיק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תפקידו של סימן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לסמן רגש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להפריד בין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מקום הפסיק במשפט יכול לשנות את המשמעות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נקודתיים משתמשים רק בסוף 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סימן שאלה שמים בסוף משפט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במשפט 'לעצור, אסור להמשיך' - הפסיק בא אחרי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לשאול שאלה שמים בסוף המשפט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לבטא רגש חזק שמים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סימן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מסמנת סוף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מסמן רגש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מפריד בין חלקים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מסמן 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- 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קצרים: אחד עם סימן שאלה, אחד עם סימן קריאה ואחד עם נקודה רגילה.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יכול לקרות אם נזיז את מקום הפסיק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נשתמש בסימן קריאה ומתי בסימן 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פיסוק ומשמעות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