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מקום הפסיק משנה את משמעות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תפקידם של סימני פיסוק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בפסיק, נקודה, סימן שאלה וסימן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איפה הפסיק משנה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אחרי המילה 'לעצור'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המילה 'אסור'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המשמעות יכולה להשתנה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לסמן רגש חזק או פקודה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במשפט 'לעצור אסור להמשיך'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נקודתיים משמשים לרשימה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העיקרי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לפעמים חסר פיסוק יוצר 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התפקיד שלהן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(מפריד בין חלקים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(מסמנת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(מסמן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(מסמנות ציטוט או דיבור ישיר)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עצמאי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דו-משמעי ומסביר את שתי האפשרויות באמצעות מיקום הפסיק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משפטים תקינים עם הסימן המתאים בכל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שהמשמעות עלולה להשתנות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שאלה לרגש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מהחיים או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המשפט 'לעצור אסור להמשיך' על הלוח עם שני פסיקים שונים כדי להראות חזותית את ההבדל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דוגמאות נוספות למשפטים דו-משמעיים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בזוגות כדי לעודד דיון על המשמעות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סימני פיסוק הם סימנים קטנים שעוזרים להבין משפטים. הפסיק יכול לשנות את המשמעות של המשפט.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 (,) שמפריד בין חלקים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שמסמן סוף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שמסמן שאלה (?)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שמסמן רגש חזק (!)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שמסמן ציטוט או דיבור ישיר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שמסמן רשימה או הסבר (:)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של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איפה הפסיק משנה הכל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שמים פסיק כדי להגיד שצריך להמשיך?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צורך בפסיק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המילה 'להמשיך'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המילה 'אסור'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המילה 'לעצור'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שמים פסיק כדי להגיד שצריך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המילה 'לעצור'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המילה 'אסור'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בפסיק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כשמזיזים את הפסיק?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המשמעות יכולה להשתנה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המשפט נהיה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המשפט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שמים סימן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להפריד בין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סוף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שמים סימן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רגש חזק או פקודה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לסמן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להפריד בין 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הפסיק במשפט יכול לשנות את המשמעות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נקודתיים משתמשים רק בסוף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שאלה שמים בסוף משפט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משפט בלי שום סימן פיסוק ולהבין אותו תמיד באותה 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מרכאות משמשות לסמן ציטוט או דיבור ישיר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'לעצור, אסור להמשיך' - הפסיק בא אחרי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לשאול שאלה שמים בסוף המשפט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לבטא רגש חזק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מישהו מצטט דברים של אדם אחר הוא משתמש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סימן שמפריד בין חלקים במשפט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סימן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מסמנות ציטוט או דיבור ישיר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מסמן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מפריד בין חלקים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מסמנת סוף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שבו מקום הפסיק יכול לשנות את המשמעות, כמו 'לעצור אסור להמשיך'. הסבירו את שתי המשמעויות.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משפטים קצרים: אחד עם סימן שאלה, אחד עם סימן קריאה ואחד עם נקודה רגילה.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יכול לקרות אם נזיז את מקום הפסיק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נשתמש בסימן קריאה ומתי בסימן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שבו הפיסוק חשוב להבנה הנכונה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 ומשמעות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