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מקום הפסיק משנה את משמעות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פיסוק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בפסיק, נקודה, סימן שאלה וסימן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איפה הפסיק משנה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אחרי המילה 'לעצור'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המילה 'אסור'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המשמעות יכולה להשתנה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לסמן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לסמן רגש חזק או פקודה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כמו במשפט 'לעצור אסור להמשיך'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נקודתיים משמשים לרשימה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העיקרי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לפעמים חסר פיסוק יוצר בלבול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התפקיד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סימן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(מפריד בין חלקים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(מסמן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(מסמן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(מסמנות ציטוט או דיבור ישיר)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תרגול עצמאי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משפט דו-משמעי ומסביר את שתי האפשרויות באמצעות מיקום הפסיק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תקינים עם הסימן המתאים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שהמשמעות עלולה להשתנות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שאלה לרגש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הגיונית מהחיים או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המשפט 'לעצור אסור להמשיך' על הלוח עם שני פסיקים שונים כדי להראות חזותית את ההבדל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למשפטים דו-משמעיים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בזוגות כדי לעודד דיון על המשמעות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 ומשמעות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סימני פיסוק עוזרים לנו להבין משפטים בצורה נכונה. לפעמים מקום הפסיק יכול לשנות לגמרי את המשמעות של המשפט, כמו במשפט המפורסם 'לעצור אסור להמשיך'.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איפה הפסיק משנה הכל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במשפט 'לעצור אסור להמשיך' - איפה נשים פסיק כדי לומר שצריך להמשיך בדרך?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המילה 'להמשיך'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המילה 'אסור'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באותו משפט - איפה נשים פסיק כדי לומר שצריך לעצור?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המילה 'לעצור'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המילה 'אסור'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למשמעות המשפט כשמזיזים את הפסיק?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כלום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המשמעות יכולה להשתנה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המשפט נהיה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המשפט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של סימן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רגש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סוף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תפקידו של סימן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לסמן רגש חזק או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לסמן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בין משפטים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הפסיק במשפט יכול לשנות את המשמעות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משתמשים רק בסוף 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שאלה שמים בסוף משפט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משפט בלי שום סימן פיסוק ולהבין אותו תמיד באותה 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מרכאות משמשות לסמן ציטוט או דיבור ישיר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'לעצור, אסור להמשיך' - הפסיק בא אחרי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לשאול שאלה שמים בסוף המשפט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לבטא רגש חזק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מישהו מצטט דברים של אדם אחר הוא משתמש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סימן שמפריד בין חלקים במשפט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סימן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מסמנות ציטוט או דיבור ישיר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מסמנת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מפריד בין חלקים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מסמן רגש חזק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- תרגול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שבו מקום הפסיק יכול לשנות את המשמעות, כמו 'לעצור אסור להמשיך'. הסבירו את שתי המשמעויות.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קצרים: אחד עם סימן שאלה, אחד עם סימן קריאה ואחד עם נקודה רגילה.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יכול לקרות אם נזיז את מקום הפסיק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בסימן קריאה ומתי בסימן 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הפיסוק חשוב להבנה הנכונה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 ומשמעות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